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והקראה של סיפור חברתי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העקרונות לכתיבת סיפור חברתי מותאם יחד עם הקורא/ת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כללי הקריאה המשותפת ואת שלבי ההפחתה ההדרגתית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מהם כללי הפרטיות בעת שימוש בכלי שיחה ליצירת טיוטה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מצב אחד ספציפי, כמו התור למזנון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גוף ראשון, זמן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הרבה תיאור וחיזוק, מעט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ברגע רגוע, לא כעונש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שהקורא יצטרך את הסיפור פחות ופחות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עקביות בדמות עוזרת לקורא להבין ולהזדהות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כלל הפרטיות אוסר להכניס פרטים מזהים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הסיפור הוא תזכורת נעימה ולא מבחן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הקורא זוכר מה יקרה ומרגיש מוכן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כלל הפרטיות אוסר העלאת תמונות 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הפחתה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רפואיים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מסלול להתאמה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(ניקוד מלא ודמות 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(משפט אחד בעמוד ובלי טיימרים)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(מילון חזותי בשש שפות)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(שפה בוגרת ותסריט אישי)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הכתיבה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מתבוננים ושואלים מה קשה ומה עוזר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מצב אחד בלבד לסיפור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בגוף ראשון ובזמן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קוראים בקול ובודקים שהסיפור מרגיע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 שלב מהרשימה כמו היעדר מילים כמו אסור, ותסביר שזה שומר על טון רגוע ומעודד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קצר, חיובי ותומך בגוף ראשון, למשל אני מצליח להתמודד 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 ברור אחד ולא כל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שהקורא יצטרך את הסיפור פחות עם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מלא, כתובת, בית ספר או פרטים רפואיים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(match) בעבודה בזוגות תוך עיון חוזר בטבלת המסלולים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בדוגמאות למשפטי חיזוק לפני ביצוע המשימה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לגרסה המותאמת ניתן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והקראה של סיפור חברתי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כותבים וקוראים סיפור חברתי. לומדים גם איך לשמור על פרטיות ואיך להפחית בהדרגה את הצורך בסיפור.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סיפור חברתי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שעוזר להבין מצב ולדעת מה אפשר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בלשון אני, כאילו הקורא עצמו מספר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יותר תיאור וחיזוק, פחות הוראות מה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הפחתה הדרגתית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להקטין בהדרגה את הצורך בסיפור עד שלא צריך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קטן עם משפט אחד ותמונה, במקום סיפור שלם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כלל הפרטיות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מכניסים שם מלא, כתובת או פרטים רפואיים לסיפור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כינוי בדוי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לא אמיתי שמשתמשים בו בטיוטה לפני ההדפסה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רמת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התאמת אורך המשפטים והניקוד ליכולת של הקורא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כדאי לכתוב סיפור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אחד ספציפי, כמו התור למזנון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היום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מצבים שונים ביחד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השבוע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כותבים את המשפטים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ראשון, זמן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שני, זמן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שלישי, זמן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ראשון, זמן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צריך להיות יותר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תיאור וחיזוק, מעט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הרבה הוראות, מעט תיאור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הוראות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חצי חצי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כדאי לקרוא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ברגע רגוע, לא כעונש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 סערה רגשית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לפני השינה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מקצרים את הסיפור בהדרגה?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שהקורא יצטרך את הסיפור פחות ופחות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שהסיפור יהיה ארוך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שהמבוגר יקרא במקום הילד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להוסיף עוד עמודים בהדרגה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לכתוב בכל עמוד תמונה אחת עם אותה דמות לאורך כל הסיפור.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לכלול בסיפור שם מלא ושם בית ספר של הקורא.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לשנן את הסיפור כמו למבחן.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מצב צפוי מומלץ לקרוא את הסיפור גם ממש לפני המצב.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משתמשים בכלי שיחה ליצירת טיוטה, מותר להעלות תמונה של הילד.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מומלץ לכתוב את הסיפור בגוף __________ ובזמן הווה.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הדפסה כדאי לבדוק שאין במשפטים את המילה __________ אלא רק לפעמים.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ה__________ ההדרגתית, הסיפור הופך לכרטיס קטן עם משפט אחד.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כשמשתמשים בכלי שיחה אסור להקליד שם מלא, כתובת או פרטים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מסלול להתאמה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שפה בוגרת ותסריט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יסודי חנ"מ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מילון חזותי בשש שפות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יסודי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ניקוד מלא ודמות 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תיכון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משפט אחד בעמוד ובלי טיימרים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הכתיבה המשותפת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בקול ובודקים שהסיפור מרגיע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בגוף ראשון ובזמן הווה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מצב אחד בלבד לסיפור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מתבוננים ושואלים מה קשה ומה עוזר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שלב אחד חשוב מרשימת הבדיקה לפני הדפסה והסבירו למה הוא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למשפט חיזוק חם שיכול להופיע בעמוד האחרון של סיפור חברתי.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לבחור כנושא לסיפור חברתי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הפחתה הדרגתית?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אסור להכניס לסיפור בגלל כלל הפרטיות?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כתיבה והקראה של סיפור חברתי מותאם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